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5FB18" w14:textId="77777777" w:rsidR="001F3887" w:rsidRDefault="00000000">
      <w:pPr>
        <w:spacing w:after="360"/>
        <w:jc w:val="center"/>
      </w:pPr>
      <w:r>
        <w:rPr>
          <w:b/>
          <w:color w:val="747F5D"/>
          <w:sz w:val="22"/>
        </w:rPr>
        <w:t>MATERSKÁ ŠKOLA</w:t>
      </w:r>
    </w:p>
    <w:p w14:paraId="3CFEB4F7" w14:textId="77777777" w:rsidR="001F3887" w:rsidRDefault="00000000">
      <w:pPr>
        <w:spacing w:after="260"/>
        <w:jc w:val="center"/>
      </w:pPr>
      <w:r>
        <w:rPr>
          <w:b/>
          <w:color w:val="5B6F41"/>
          <w:sz w:val="50"/>
        </w:rPr>
        <w:t>OZNAM PRE RODIČOV</w:t>
      </w:r>
    </w:p>
    <w:p w14:paraId="12713B21" w14:textId="77777777" w:rsidR="001F3887" w:rsidRDefault="00000000">
      <w:pPr>
        <w:spacing w:after="500"/>
        <w:jc w:val="center"/>
      </w:pPr>
      <w:r>
        <w:rPr>
          <w:b/>
          <w:color w:val="855232"/>
          <w:sz w:val="34"/>
        </w:rPr>
        <w:t>MIMORIADNE RODIČOVSKÉ ZDRUŽENIE</w:t>
      </w:r>
    </w:p>
    <w:p w14:paraId="1CF61AD6" w14:textId="77777777" w:rsidR="001F3887" w:rsidRDefault="00000000">
      <w:pPr>
        <w:spacing w:after="280"/>
        <w:jc w:val="center"/>
      </w:pPr>
      <w:r>
        <w:rPr>
          <w:b/>
          <w:sz w:val="30"/>
        </w:rPr>
        <w:t>Milí rodičia,</w:t>
      </w:r>
    </w:p>
    <w:p w14:paraId="28703FE9" w14:textId="77777777" w:rsidR="001F3887" w:rsidRDefault="00000000">
      <w:pPr>
        <w:spacing w:after="420"/>
        <w:jc w:val="center"/>
      </w:pPr>
      <w:r>
        <w:rPr>
          <w:sz w:val="28"/>
        </w:rPr>
        <w:t>srdečne Vás pozývame na mimoriadne rodičovské združenie,</w:t>
      </w:r>
    </w:p>
    <w:p w14:paraId="7550A203" w14:textId="77777777" w:rsidR="001F3887" w:rsidRDefault="00000000">
      <w:pPr>
        <w:spacing w:after="160"/>
        <w:jc w:val="center"/>
      </w:pPr>
      <w:r>
        <w:rPr>
          <w:b/>
          <w:color w:val="855232"/>
          <w:sz w:val="38"/>
        </w:rPr>
        <w:t>PONDELOK 26. OKTÓBRA 2026</w:t>
      </w:r>
    </w:p>
    <w:p w14:paraId="31643B29" w14:textId="77777777" w:rsidR="001F3887" w:rsidRDefault="00000000">
      <w:pPr>
        <w:spacing w:after="160"/>
        <w:jc w:val="center"/>
      </w:pPr>
      <w:r>
        <w:rPr>
          <w:b/>
          <w:color w:val="5B6F41"/>
          <w:sz w:val="40"/>
        </w:rPr>
        <w:t>o 16.30 hod.</w:t>
      </w:r>
    </w:p>
    <w:p w14:paraId="6D3E674A" w14:textId="77777777" w:rsidR="001F3887" w:rsidRDefault="00000000">
      <w:pPr>
        <w:spacing w:after="560"/>
        <w:jc w:val="center"/>
      </w:pPr>
      <w:r>
        <w:rPr>
          <w:sz w:val="30"/>
        </w:rPr>
        <w:t>v priestoroch materskej školy</w:t>
      </w:r>
    </w:p>
    <w:p w14:paraId="0E0D6218" w14:textId="77777777" w:rsidR="001F3887" w:rsidRDefault="00000000">
      <w:pPr>
        <w:spacing w:after="280"/>
        <w:jc w:val="center"/>
      </w:pPr>
      <w:r>
        <w:rPr>
          <w:b/>
          <w:color w:val="855232"/>
          <w:sz w:val="28"/>
        </w:rPr>
        <w:t>PROGRAM STRETNUTIA</w:t>
      </w:r>
    </w:p>
    <w:p w14:paraId="3278EEE3" w14:textId="77777777" w:rsidR="001F3887" w:rsidRDefault="00000000">
      <w:pPr>
        <w:spacing w:after="200"/>
        <w:jc w:val="center"/>
      </w:pPr>
      <w:r>
        <w:t>Prerokovanie nových podnetov a návrhov týkajúcich sa chodu a organizácie materskej školy.</w:t>
      </w:r>
    </w:p>
    <w:p w14:paraId="64714ED5" w14:textId="77777777" w:rsidR="001F3887" w:rsidRDefault="00000000">
      <w:pPr>
        <w:spacing w:after="520"/>
        <w:jc w:val="center"/>
      </w:pPr>
      <w:r>
        <w:t>Diskusia, otázky a pripomienky rodičov.</w:t>
      </w:r>
    </w:p>
    <w:p w14:paraId="69EA2F72" w14:textId="77777777" w:rsidR="001F3887" w:rsidRDefault="00000000">
      <w:pPr>
        <w:spacing w:after="260"/>
        <w:jc w:val="center"/>
      </w:pPr>
      <w:r>
        <w:t>Vaša účasť a spolupráca sú pre nás dôležité.</w:t>
      </w:r>
    </w:p>
    <w:p w14:paraId="582B2219" w14:textId="77777777" w:rsidR="001F3887" w:rsidRDefault="00000000">
      <w:pPr>
        <w:spacing w:after="560"/>
        <w:jc w:val="center"/>
      </w:pPr>
      <w:r>
        <w:t>Ďakujeme a tešíme sa na spoločné stretnutie.</w:t>
      </w:r>
    </w:p>
    <w:p w14:paraId="09C7F253" w14:textId="77777777" w:rsidR="001F3887" w:rsidRDefault="00000000">
      <w:pPr>
        <w:spacing w:after="160"/>
        <w:jc w:val="center"/>
      </w:pPr>
      <w:r>
        <w:rPr>
          <w:b/>
          <w:color w:val="5B6F41"/>
          <w:sz w:val="24"/>
        </w:rPr>
        <w:t>Vedenie materskej školy</w:t>
      </w:r>
    </w:p>
    <w:p w14:paraId="56A81A71" w14:textId="77777777" w:rsidR="001F3887" w:rsidRDefault="00000000">
      <w:pPr>
        <w:jc w:val="center"/>
      </w:pPr>
      <w:r>
        <w:rPr>
          <w:noProof/>
        </w:rPr>
        <w:drawing>
          <wp:inline distT="0" distB="0" distL="0" distR="0" wp14:anchorId="0A0B350D" wp14:editId="6AFED896">
            <wp:extent cx="5394960" cy="886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senne_listky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88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3887" w:rsidSect="00034616">
      <w:pgSz w:w="12240" w:h="15840"/>
      <w:pgMar w:top="1152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606374">
    <w:abstractNumId w:val="8"/>
  </w:num>
  <w:num w:numId="2" w16cid:durableId="1011034444">
    <w:abstractNumId w:val="6"/>
  </w:num>
  <w:num w:numId="3" w16cid:durableId="1515264128">
    <w:abstractNumId w:val="5"/>
  </w:num>
  <w:num w:numId="4" w16cid:durableId="309141733">
    <w:abstractNumId w:val="4"/>
  </w:num>
  <w:num w:numId="5" w16cid:durableId="1115293493">
    <w:abstractNumId w:val="7"/>
  </w:num>
  <w:num w:numId="6" w16cid:durableId="499127611">
    <w:abstractNumId w:val="3"/>
  </w:num>
  <w:num w:numId="7" w16cid:durableId="677318003">
    <w:abstractNumId w:val="2"/>
  </w:num>
  <w:num w:numId="8" w16cid:durableId="2121222740">
    <w:abstractNumId w:val="1"/>
  </w:num>
  <w:num w:numId="9" w16cid:durableId="23882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3887"/>
    <w:rsid w:val="00292C2E"/>
    <w:rsid w:val="0029639D"/>
    <w:rsid w:val="00326F90"/>
    <w:rsid w:val="00AA1D8D"/>
    <w:rsid w:val="00B47730"/>
    <w:rsid w:val="00CB0664"/>
    <w:rsid w:val="00E639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29C7B"/>
  <w14:defaultImageDpi w14:val="300"/>
  <w15:docId w15:val="{F1D6C057-A451-4995-A5AA-0AD9FD2A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240"/>
    </w:pPr>
    <w:rPr>
      <w:rFonts w:ascii="Aptos" w:hAnsi="Aptos"/>
      <w:color w:val="414438"/>
      <w:sz w:val="26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Babíková Ľuptáková Eva, Mgr.</cp:lastModifiedBy>
  <cp:revision>2</cp:revision>
  <dcterms:created xsi:type="dcterms:W3CDTF">2026-10-22T11:28:00Z</dcterms:created>
  <dcterms:modified xsi:type="dcterms:W3CDTF">2026-10-22T11:28:00Z</dcterms:modified>
  <cp:category/>
</cp:coreProperties>
</file>