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DBE33" w14:textId="77777777" w:rsidR="00B21B8C" w:rsidRDefault="00000000">
      <w:pPr>
        <w:jc w:val="center"/>
      </w:pPr>
      <w:r>
        <w:rPr>
          <w:b/>
          <w:color w:val="57744E"/>
          <w:sz w:val="22"/>
        </w:rPr>
        <w:t>MATERSKÁ ŠKOLA</w:t>
      </w:r>
      <w:r>
        <w:rPr>
          <w:b/>
          <w:color w:val="57744E"/>
          <w:sz w:val="22"/>
        </w:rPr>
        <w:br/>
        <w:t>ODBOJÁROV 9, BANSKÁ BYSTRICA</w:t>
      </w:r>
    </w:p>
    <w:p w14:paraId="5D56783A" w14:textId="77777777" w:rsidR="00B21B8C" w:rsidRDefault="00B21B8C"/>
    <w:p w14:paraId="594F30C5" w14:textId="77777777" w:rsidR="00B21B8C" w:rsidRDefault="00000000">
      <w:pPr>
        <w:jc w:val="center"/>
      </w:pPr>
      <w:r>
        <w:rPr>
          <w:b/>
          <w:color w:val="47693E"/>
          <w:sz w:val="48"/>
        </w:rPr>
        <w:t>OZNAM PRE RODIČOV</w:t>
      </w:r>
    </w:p>
    <w:p w14:paraId="4E0EDE64" w14:textId="77777777" w:rsidR="00B21B8C" w:rsidRDefault="00B21B8C"/>
    <w:p w14:paraId="2B768097" w14:textId="77777777" w:rsidR="00B21B8C" w:rsidRDefault="00000000">
      <w:pPr>
        <w:jc w:val="center"/>
      </w:pPr>
      <w:r>
        <w:rPr>
          <w:b/>
          <w:sz w:val="32"/>
        </w:rPr>
        <w:t>Vážení rodičia,</w:t>
      </w:r>
    </w:p>
    <w:p w14:paraId="7C2FE7A9" w14:textId="77777777" w:rsidR="00B21B8C" w:rsidRDefault="00000000">
      <w:pPr>
        <w:spacing w:before="300"/>
        <w:jc w:val="center"/>
      </w:pPr>
      <w:r>
        <w:t>oznamujeme Vám, že v dňoch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18"/>
      </w:tblGrid>
      <w:tr w:rsidR="00B21B8C" w14:paraId="5E86BC67" w14:textId="77777777">
        <w:tc>
          <w:tcPr>
            <w:tcW w:w="9518" w:type="dxa"/>
            <w:shd w:val="clear" w:color="auto" w:fill="E8F0E3"/>
            <w:vAlign w:val="center"/>
          </w:tcPr>
          <w:p w14:paraId="54D7312F" w14:textId="77777777" w:rsidR="00B21B8C" w:rsidRDefault="00000000">
            <w:pPr>
              <w:spacing w:before="240" w:after="240"/>
              <w:jc w:val="center"/>
            </w:pPr>
            <w:r>
              <w:rPr>
                <w:b/>
                <w:color w:val="375B31"/>
                <w:sz w:val="38"/>
              </w:rPr>
              <w:t>29. 10. 2026 (štvrtok)</w:t>
            </w:r>
            <w:r>
              <w:rPr>
                <w:b/>
                <w:color w:val="375B31"/>
                <w:sz w:val="38"/>
              </w:rPr>
              <w:br/>
              <w:t>30. 10. 2026 (piatok)</w:t>
            </w:r>
          </w:p>
        </w:tc>
      </w:tr>
    </w:tbl>
    <w:p w14:paraId="71F69D92" w14:textId="77777777" w:rsidR="00B21B8C" w:rsidRDefault="00000000">
      <w:pPr>
        <w:spacing w:before="340"/>
        <w:jc w:val="center"/>
      </w:pPr>
      <w:r>
        <w:rPr>
          <w:b/>
          <w:sz w:val="30"/>
        </w:rPr>
        <w:t>bude prevádzka materskej školy prerušená</w:t>
      </w:r>
      <w:r>
        <w:br/>
        <w:t>na základe rozhodnutia zriaďovateľa.</w:t>
      </w:r>
    </w:p>
    <w:p w14:paraId="1D07E84C" w14:textId="77777777" w:rsidR="00B21B8C" w:rsidRDefault="00000000">
      <w:pPr>
        <w:spacing w:before="360"/>
        <w:jc w:val="center"/>
      </w:pPr>
      <w:r>
        <w:t>Prevádzka materskej školy bude obnovená</w:t>
      </w:r>
      <w:r>
        <w:br/>
      </w:r>
      <w:r>
        <w:rPr>
          <w:b/>
          <w:color w:val="47693E"/>
        </w:rPr>
        <w:t>v pondelok 2. 11. 2026.</w:t>
      </w:r>
    </w:p>
    <w:p w14:paraId="536761A2" w14:textId="77777777" w:rsidR="00B21B8C" w:rsidRDefault="00000000">
      <w:pPr>
        <w:spacing w:before="400"/>
        <w:jc w:val="center"/>
      </w:pPr>
      <w:r>
        <w:t>Ďakujeme Vám za pochopenie a spoluprácu.</w:t>
      </w:r>
    </w:p>
    <w:p w14:paraId="40195C44" w14:textId="77777777" w:rsidR="00B21B8C" w:rsidRDefault="00000000">
      <w:pPr>
        <w:spacing w:before="440"/>
        <w:jc w:val="right"/>
      </w:pPr>
      <w:r>
        <w:rPr>
          <w:i/>
        </w:rPr>
        <w:t>Vedenie materskej školy</w:t>
      </w:r>
    </w:p>
    <w:sectPr w:rsidR="00B21B8C" w:rsidSect="00034616">
      <w:pgSz w:w="12240" w:h="15840"/>
      <w:pgMar w:top="141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4556317">
    <w:abstractNumId w:val="8"/>
  </w:num>
  <w:num w:numId="2" w16cid:durableId="24452533">
    <w:abstractNumId w:val="6"/>
  </w:num>
  <w:num w:numId="3" w16cid:durableId="131562235">
    <w:abstractNumId w:val="5"/>
  </w:num>
  <w:num w:numId="4" w16cid:durableId="322784203">
    <w:abstractNumId w:val="4"/>
  </w:num>
  <w:num w:numId="5" w16cid:durableId="1547177591">
    <w:abstractNumId w:val="7"/>
  </w:num>
  <w:num w:numId="6" w16cid:durableId="1639843589">
    <w:abstractNumId w:val="3"/>
  </w:num>
  <w:num w:numId="7" w16cid:durableId="2051146140">
    <w:abstractNumId w:val="2"/>
  </w:num>
  <w:num w:numId="8" w16cid:durableId="1201239818">
    <w:abstractNumId w:val="1"/>
  </w:num>
  <w:num w:numId="9" w16cid:durableId="197436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76F90"/>
    <w:rsid w:val="00AA1D8D"/>
    <w:rsid w:val="00B21B8C"/>
    <w:rsid w:val="00B47730"/>
    <w:rsid w:val="00CB0664"/>
    <w:rsid w:val="00D143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7BB99"/>
  <w14:defaultImageDpi w14:val="300"/>
  <w15:docId w15:val="{C276E5C3-BFDC-4DFD-97F6-729F779A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ptos" w:hAnsi="Aptos"/>
      <w:color w:val="364233"/>
      <w:sz w:val="26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Babíková Ľuptáková Eva, Mgr.</cp:lastModifiedBy>
  <cp:revision>2</cp:revision>
  <dcterms:created xsi:type="dcterms:W3CDTF">2026-10-13T14:07:00Z</dcterms:created>
  <dcterms:modified xsi:type="dcterms:W3CDTF">2026-10-13T14:07:00Z</dcterms:modified>
  <cp:category/>
</cp:coreProperties>
</file>